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3171F6" w14:textId="77777777" w:rsidR="00937CC1" w:rsidRDefault="00000000">
      <w:pPr>
        <w:spacing w:after="40"/>
        <w:jc w:val="center"/>
      </w:pPr>
      <w:r>
        <w:rPr>
          <w:b/>
          <w:color w:val="17365D"/>
          <w:sz w:val="48"/>
        </w:rPr>
        <w:t>SEED APPLICATION</w:t>
      </w:r>
    </w:p>
    <w:p w14:paraId="43EDAE07" w14:textId="77777777" w:rsidR="00937CC1" w:rsidRDefault="00000000">
      <w:pPr>
        <w:spacing w:after="240"/>
        <w:jc w:val="center"/>
      </w:pPr>
      <w:r>
        <w:rPr>
          <w:b/>
          <w:color w:val="2E75B6"/>
          <w:sz w:val="26"/>
        </w:rPr>
        <w:t>Strengthening Entrepreneurship &amp; Economic Development</w:t>
      </w:r>
    </w:p>
    <w:p w14:paraId="103A1D36" w14:textId="77777777" w:rsidR="00937CC1" w:rsidRDefault="00000000">
      <w:pPr>
        <w:pStyle w:val="Heading1"/>
      </w:pPr>
      <w:r>
        <w:t>Program Overview</w:t>
      </w:r>
    </w:p>
    <w:p w14:paraId="207F4BDA" w14:textId="77777777" w:rsidR="00937CC1" w:rsidRDefault="00000000">
      <w:r>
        <w:rPr>
          <w:color w:val="000000"/>
        </w:rPr>
        <w:t>SEED helps people in Southeast Kansas explore a business idea or start a new business. You will work on your idea, learn useful business skills, meet other local entrepreneurs, and get help from mentors and coaches.</w:t>
      </w:r>
    </w:p>
    <w:p w14:paraId="4E8DBC9E" w14:textId="77777777" w:rsidR="00937CC1" w:rsidRDefault="00000000">
      <w:r>
        <w:rPr>
          <w:b/>
          <w:color w:val="17365D"/>
        </w:rPr>
        <w:t>Your idea does not have to be complete. You do not need a business plan to apply.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937CC1" w14:paraId="590113B3" w14:textId="77777777">
        <w:tc>
          <w:tcPr>
            <w:tcW w:w="9360" w:type="dxa"/>
            <w:shd w:val="clear" w:color="auto" w:fill="EEF5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89CBBF" w14:textId="77777777" w:rsidR="00937CC1" w:rsidRDefault="00000000">
            <w:pPr>
              <w:spacing w:after="80"/>
            </w:pPr>
            <w:r>
              <w:rPr>
                <w:b/>
                <w:color w:val="17365D"/>
              </w:rPr>
              <w:t>What is a pre-launch/seed-stage business?</w:t>
            </w:r>
          </w:p>
          <w:p w14:paraId="775A29C3" w14:textId="77777777" w:rsidR="00937CC1" w:rsidRDefault="00000000">
            <w:pPr>
              <w:spacing w:after="0"/>
            </w:pPr>
            <w:r>
              <w:rPr>
                <w:color w:val="000000"/>
                <w:sz w:val="21"/>
              </w:rPr>
              <w:t>A pre-launch or seed-stage business is a business idea or a very new business. You may still be deciding what to sell, who your customers are, or how much things will cost. You may have made a few sales, but your business is not yet steady or fully up and running. You do not need a business plan, business license, sales, or past business experience to apply.</w:t>
            </w:r>
          </w:p>
        </w:tc>
      </w:tr>
    </w:tbl>
    <w:p w14:paraId="195DAF98" w14:textId="77777777" w:rsidR="00937CC1" w:rsidRDefault="00000000">
      <w:pPr>
        <w:pStyle w:val="Heading2"/>
      </w:pPr>
      <w:r>
        <w:t>Participants Who Complete the Program Will Receive</w:t>
      </w:r>
    </w:p>
    <w:p w14:paraId="3A260D78" w14:textId="4A276C61" w:rsidR="00937CC1" w:rsidRDefault="00000000">
      <w:pPr>
        <w:pStyle w:val="ListBullet"/>
        <w:spacing w:after="60"/>
      </w:pPr>
      <w:r>
        <w:rPr>
          <w:color w:val="000000"/>
        </w:rPr>
        <w:t>$1,000 grant funded through</w:t>
      </w:r>
      <w:r w:rsidR="007E33F3">
        <w:rPr>
          <w:color w:val="000000"/>
        </w:rPr>
        <w:t xml:space="preserve"> HBCAT’s</w:t>
      </w:r>
      <w:r>
        <w:rPr>
          <w:color w:val="000000"/>
        </w:rPr>
        <w:t xml:space="preserve"> Blue Cross and Blue Shield of Kansas Pathways to a Healthy Kansas</w:t>
      </w:r>
      <w:r w:rsidR="00072CEB">
        <w:rPr>
          <w:color w:val="000000"/>
        </w:rPr>
        <w:t xml:space="preserve"> and Kansas Food Action Network</w:t>
      </w:r>
    </w:p>
    <w:p w14:paraId="60DF97B9" w14:textId="77777777" w:rsidR="00937CC1" w:rsidRDefault="00000000">
      <w:pPr>
        <w:pStyle w:val="ListBullet"/>
        <w:spacing w:after="60"/>
      </w:pPr>
      <w:r>
        <w:rPr>
          <w:color w:val="000000"/>
        </w:rPr>
        <w:t>Mentorship and coaching</w:t>
      </w:r>
    </w:p>
    <w:p w14:paraId="7CCC79F5" w14:textId="77777777" w:rsidR="00937CC1" w:rsidRDefault="00000000">
      <w:pPr>
        <w:pStyle w:val="ListBullet"/>
        <w:spacing w:after="60"/>
      </w:pPr>
      <w:r>
        <w:rPr>
          <w:color w:val="000000"/>
        </w:rPr>
        <w:t>Hands-on business experience</w:t>
      </w:r>
    </w:p>
    <w:p w14:paraId="4B6F9F78" w14:textId="77777777" w:rsidR="00937CC1" w:rsidRDefault="00000000">
      <w:pPr>
        <w:pStyle w:val="ListBullet"/>
        <w:spacing w:after="60"/>
      </w:pPr>
      <w:r>
        <w:rPr>
          <w:color w:val="000000"/>
        </w:rPr>
        <w:t>Regional connections and potential feature in Rural Connect</w:t>
      </w:r>
    </w:p>
    <w:p w14:paraId="144594FD" w14:textId="77777777" w:rsidR="00937CC1" w:rsidRDefault="00000000">
      <w:pPr>
        <w:pStyle w:val="Heading1"/>
      </w:pPr>
      <w:r>
        <w:t>Section 1: Applicant Information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937CC1" w14:paraId="5A668471" w14:textId="77777777"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7171F2" w14:textId="77777777" w:rsidR="00937CC1" w:rsidRDefault="00000000">
            <w:pPr>
              <w:spacing w:after="40"/>
            </w:pPr>
            <w:r>
              <w:rPr>
                <w:b/>
                <w:color w:val="17365D"/>
                <w:sz w:val="19"/>
              </w:rPr>
              <w:t>Full Name</w:t>
            </w:r>
            <w:r>
              <w:rPr>
                <w:b/>
                <w:color w:val="17365D"/>
                <w:sz w:val="19"/>
              </w:rPr>
              <w:br/>
            </w:r>
            <w:r>
              <w:rPr>
                <w:color w:val="888888"/>
                <w:sz w:val="20"/>
              </w:rPr>
              <w:t>________________________________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2D280E" w14:textId="77777777" w:rsidR="00937CC1" w:rsidRDefault="00000000">
            <w:pPr>
              <w:spacing w:after="40"/>
            </w:pPr>
            <w:r>
              <w:rPr>
                <w:b/>
                <w:color w:val="17365D"/>
                <w:sz w:val="19"/>
              </w:rPr>
              <w:t>Business or Idea Name</w:t>
            </w:r>
            <w:r>
              <w:rPr>
                <w:b/>
                <w:color w:val="17365D"/>
                <w:sz w:val="19"/>
              </w:rPr>
              <w:br/>
            </w:r>
            <w:r>
              <w:rPr>
                <w:color w:val="888888"/>
                <w:sz w:val="20"/>
              </w:rPr>
              <w:t>________________________________</w:t>
            </w:r>
          </w:p>
        </w:tc>
      </w:tr>
      <w:tr w:rsidR="00937CC1" w14:paraId="3A6993FB" w14:textId="77777777"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F3B759" w14:textId="77777777" w:rsidR="00937CC1" w:rsidRDefault="00000000">
            <w:pPr>
              <w:spacing w:after="40"/>
            </w:pPr>
            <w:r>
              <w:rPr>
                <w:b/>
                <w:color w:val="17365D"/>
                <w:sz w:val="19"/>
              </w:rPr>
              <w:t>Email Address</w:t>
            </w:r>
            <w:r>
              <w:rPr>
                <w:b/>
                <w:color w:val="17365D"/>
                <w:sz w:val="19"/>
              </w:rPr>
              <w:br/>
            </w:r>
            <w:r>
              <w:rPr>
                <w:color w:val="888888"/>
                <w:sz w:val="20"/>
              </w:rPr>
              <w:t>________________________________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CD9213" w14:textId="77777777" w:rsidR="00937CC1" w:rsidRDefault="00000000">
            <w:pPr>
              <w:spacing w:after="40"/>
            </w:pPr>
            <w:r>
              <w:rPr>
                <w:b/>
                <w:color w:val="17365D"/>
                <w:sz w:val="19"/>
              </w:rPr>
              <w:t>Phone Number</w:t>
            </w:r>
            <w:r>
              <w:rPr>
                <w:b/>
                <w:color w:val="17365D"/>
                <w:sz w:val="19"/>
              </w:rPr>
              <w:br/>
            </w:r>
            <w:r>
              <w:rPr>
                <w:color w:val="888888"/>
                <w:sz w:val="20"/>
              </w:rPr>
              <w:t>________________________________</w:t>
            </w:r>
          </w:p>
        </w:tc>
      </w:tr>
      <w:tr w:rsidR="00937CC1" w14:paraId="0C21ED16" w14:textId="77777777"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5EDD0C" w14:textId="77777777" w:rsidR="00937CC1" w:rsidRDefault="00000000">
            <w:pPr>
              <w:spacing w:after="40"/>
            </w:pPr>
            <w:r>
              <w:rPr>
                <w:b/>
                <w:color w:val="17365D"/>
                <w:sz w:val="19"/>
              </w:rPr>
              <w:t>City</w:t>
            </w:r>
            <w:r>
              <w:rPr>
                <w:b/>
                <w:color w:val="17365D"/>
                <w:sz w:val="19"/>
              </w:rPr>
              <w:br/>
            </w:r>
            <w:r>
              <w:rPr>
                <w:color w:val="888888"/>
                <w:sz w:val="20"/>
              </w:rPr>
              <w:t>________________________________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52FF88" w14:textId="77777777" w:rsidR="00937CC1" w:rsidRDefault="00000000">
            <w:pPr>
              <w:spacing w:after="40"/>
            </w:pPr>
            <w:r>
              <w:rPr>
                <w:b/>
                <w:color w:val="17365D"/>
                <w:sz w:val="19"/>
              </w:rPr>
              <w:t>County</w:t>
            </w:r>
            <w:r>
              <w:rPr>
                <w:b/>
                <w:color w:val="17365D"/>
                <w:sz w:val="19"/>
              </w:rPr>
              <w:br/>
            </w:r>
            <w:r>
              <w:rPr>
                <w:color w:val="888888"/>
                <w:sz w:val="20"/>
              </w:rPr>
              <w:t>________________________________</w:t>
            </w:r>
          </w:p>
        </w:tc>
      </w:tr>
    </w:tbl>
    <w:p w14:paraId="0C910F08" w14:textId="77777777" w:rsidR="00937CC1" w:rsidRDefault="00000000">
      <w:pPr>
        <w:pStyle w:val="Heading1"/>
      </w:pPr>
      <w:r>
        <w:t>Section 2: Tell Us About Your Idea</w:t>
      </w:r>
    </w:p>
    <w:p w14:paraId="33FA5590" w14:textId="77777777" w:rsidR="00937CC1" w:rsidRPr="00035CC2" w:rsidRDefault="00000000">
      <w:pPr>
        <w:rPr>
          <w:sz w:val="21"/>
          <w:szCs w:val="21"/>
        </w:rPr>
      </w:pPr>
      <w:r w:rsidRPr="00035CC2">
        <w:rPr>
          <w:i/>
          <w:color w:val="666666"/>
          <w:sz w:val="21"/>
          <w:szCs w:val="21"/>
        </w:rPr>
        <w:t>Short answers are fine. We want to learn about you and your idea. There are no perfect answers.</w:t>
      </w:r>
    </w:p>
    <w:p w14:paraId="25B13CDF" w14:textId="77777777" w:rsidR="00937CC1" w:rsidRDefault="00000000">
      <w:pPr>
        <w:keepNext/>
        <w:spacing w:before="80" w:after="40"/>
      </w:pPr>
      <w:r>
        <w:rPr>
          <w:b/>
          <w:color w:val="17365D"/>
        </w:rPr>
        <w:t>1. What is your business idea? What would you sell or what service would you offer?</w:t>
      </w:r>
    </w:p>
    <w:p w14:paraId="1B78FC66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0B77902D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04E2CDE4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0C015882" w14:textId="77777777" w:rsidR="00937CC1" w:rsidRDefault="00000000">
      <w:pPr>
        <w:keepNext/>
        <w:spacing w:before="80" w:after="40"/>
      </w:pPr>
      <w:r>
        <w:rPr>
          <w:b/>
          <w:color w:val="17365D"/>
        </w:rPr>
        <w:t>2. Who would buy from you, and why would they want or need what you offer?</w:t>
      </w:r>
    </w:p>
    <w:p w14:paraId="2AAD1AF1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4DEF4D5E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7077E35D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425A6D48" w14:textId="77777777" w:rsidR="00937CC1" w:rsidRDefault="00000000">
      <w:pPr>
        <w:keepNext/>
        <w:spacing w:before="80" w:after="40"/>
      </w:pPr>
      <w:r>
        <w:rPr>
          <w:b/>
          <w:color w:val="17365D"/>
        </w:rPr>
        <w:lastRenderedPageBreak/>
        <w:t>3. Have you taken any steps so far? It is okay if you have not started yet.</w:t>
      </w:r>
    </w:p>
    <w:p w14:paraId="221F3ECC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23B8D135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043EA178" w14:textId="77777777" w:rsidR="00937CC1" w:rsidRDefault="00000000">
      <w:pPr>
        <w:keepNext/>
        <w:spacing w:before="80" w:after="40"/>
      </w:pPr>
      <w:r>
        <w:rPr>
          <w:b/>
          <w:color w:val="17365D"/>
        </w:rPr>
        <w:t>4. What would you like to do with your idea in the next 3–6 months?</w:t>
      </w:r>
    </w:p>
    <w:p w14:paraId="71C52972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33D3E4BD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62FAF6E8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50DF10BA" w14:textId="77777777" w:rsidR="00937CC1" w:rsidRDefault="00000000">
      <w:pPr>
        <w:keepNext/>
        <w:spacing w:before="80" w:after="40"/>
      </w:pPr>
      <w:r>
        <w:rPr>
          <w:b/>
          <w:color w:val="17365D"/>
        </w:rPr>
        <w:t>5. How would you use the $1,000 grant to help your idea or new business?</w:t>
      </w:r>
    </w:p>
    <w:p w14:paraId="18917F5F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20D02426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6C0787F7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77F7F77A" w14:textId="77777777" w:rsidR="00937CC1" w:rsidRDefault="00000000">
      <w:pPr>
        <w:keepNext/>
        <w:spacing w:before="80" w:after="40"/>
      </w:pPr>
      <w:r>
        <w:rPr>
          <w:b/>
          <w:color w:val="17365D"/>
        </w:rPr>
        <w:t>6. Why do you want to join SEED? What kind of help would be useful to you?</w:t>
      </w:r>
    </w:p>
    <w:p w14:paraId="7EDE00F9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25D841D3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74620EBF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70DCA015" w14:textId="77777777" w:rsidR="00937CC1" w:rsidRDefault="00000000">
      <w:pPr>
        <w:pStyle w:val="Heading1"/>
      </w:pPr>
      <w:r>
        <w:t>Section 3: Program Commitment</w:t>
      </w:r>
    </w:p>
    <w:p w14:paraId="5AF638A4" w14:textId="77777777" w:rsidR="00937CC1" w:rsidRDefault="00000000">
      <w:pPr>
        <w:pStyle w:val="Heading2"/>
      </w:pPr>
      <w:r>
        <w:t>Time Commitment &amp; Participation Requirements</w:t>
      </w:r>
    </w:p>
    <w:p w14:paraId="32E7E4E3" w14:textId="2261D417" w:rsidR="00937CC1" w:rsidRDefault="00000000">
      <w:pPr>
        <w:pStyle w:val="ListBullet"/>
        <w:spacing w:after="60"/>
      </w:pPr>
      <w:r>
        <w:rPr>
          <w:color w:val="000000"/>
        </w:rPr>
        <w:t>Weekly one-hour cohort sessions through the SEK Catalyst program</w:t>
      </w:r>
      <w:r w:rsidR="00194998">
        <w:rPr>
          <w:color w:val="000000"/>
        </w:rPr>
        <w:t xml:space="preserve"> with weekly homework</w:t>
      </w:r>
    </w:p>
    <w:p w14:paraId="0544B53B" w14:textId="77777777" w:rsidR="00937CC1" w:rsidRDefault="00000000">
      <w:pPr>
        <w:pStyle w:val="ListBullet"/>
        <w:spacing w:after="60"/>
      </w:pPr>
      <w:r>
        <w:rPr>
          <w:color w:val="000000"/>
        </w:rPr>
        <w:t>Up to three mentor meetings per month</w:t>
      </w:r>
    </w:p>
    <w:p w14:paraId="37E946F7" w14:textId="77777777" w:rsidR="00937CC1" w:rsidRDefault="00000000">
      <w:pPr>
        <w:pStyle w:val="ListBullet"/>
        <w:spacing w:after="60"/>
      </w:pPr>
      <w:r>
        <w:rPr>
          <w:color w:val="000000"/>
        </w:rPr>
        <w:t>Participation in one-on-one help and business support</w:t>
      </w:r>
    </w:p>
    <w:p w14:paraId="0B5443DB" w14:textId="77777777" w:rsidR="00937CC1" w:rsidRDefault="00000000">
      <w:pPr>
        <w:spacing w:after="60"/>
      </w:pPr>
      <w:r>
        <w:rPr>
          <w:color w:val="000000"/>
        </w:rPr>
        <w:t>☐  I understand the time commitment and agree to participate.</w:t>
      </w:r>
    </w:p>
    <w:p w14:paraId="3ABBDF08" w14:textId="77777777" w:rsidR="00937CC1" w:rsidRDefault="00000000">
      <w:pPr>
        <w:spacing w:after="60"/>
      </w:pPr>
      <w:r>
        <w:rPr>
          <w:color w:val="000000"/>
        </w:rPr>
        <w:t>☐  I understand that funding is distributed upon successful completion.</w:t>
      </w:r>
    </w:p>
    <w:p w14:paraId="546811C4" w14:textId="77777777" w:rsidR="00937CC1" w:rsidRDefault="00000000">
      <w:pPr>
        <w:pStyle w:val="Heading1"/>
      </w:pPr>
      <w:r>
        <w:t>Section 4: About You (Optional)</w:t>
      </w:r>
    </w:p>
    <w:p w14:paraId="377E8091" w14:textId="77777777" w:rsidR="00937CC1" w:rsidRDefault="00000000">
      <w:r>
        <w:rPr>
          <w:b/>
          <w:color w:val="17365D"/>
        </w:rPr>
        <w:t>Do any of these describe you? Check all that apply.</w:t>
      </w:r>
    </w:p>
    <w:p w14:paraId="0B1717E4" w14:textId="77777777" w:rsidR="00937CC1" w:rsidRDefault="00000000">
      <w:r>
        <w:rPr>
          <w:color w:val="000000"/>
        </w:rPr>
        <w:t>☐  Woman-owned     ☐  Minority-owned     ☐  Low-income     ☐  Rural-based     ☐  First-time entrepreneur</w:t>
      </w:r>
    </w:p>
    <w:p w14:paraId="0FFC37CF" w14:textId="77777777" w:rsidR="00937CC1" w:rsidRDefault="00000000">
      <w:pPr>
        <w:keepNext/>
        <w:spacing w:before="80" w:after="40"/>
      </w:pPr>
      <w:r>
        <w:rPr>
          <w:b/>
          <w:color w:val="17365D"/>
        </w:rPr>
        <w:t>7. Is there anything else you want us to know about you or your business idea? You may leave this blank.</w:t>
      </w:r>
    </w:p>
    <w:p w14:paraId="59F5B998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42DDDB4E" w14:textId="77777777" w:rsidR="00937CC1" w:rsidRDefault="00000000">
      <w:pPr>
        <w:keepLines/>
        <w:spacing w:after="80"/>
      </w:pPr>
      <w:r>
        <w:rPr>
          <w:color w:val="A6A6A6"/>
          <w:sz w:val="18"/>
        </w:rPr>
        <w:t>________________________________________________________________________________</w:t>
      </w:r>
    </w:p>
    <w:p w14:paraId="447CA5FF" w14:textId="77777777" w:rsidR="00937CC1" w:rsidRDefault="00000000">
      <w:pPr>
        <w:pStyle w:val="Heading1"/>
      </w:pPr>
      <w:r>
        <w:t>Section 5: Sign and Submit</w:t>
      </w:r>
    </w:p>
    <w:p w14:paraId="7CF91015" w14:textId="77777777" w:rsidR="00937CC1" w:rsidRDefault="00000000">
      <w:pPr>
        <w:spacing w:after="60"/>
      </w:pPr>
      <w:r>
        <w:rPr>
          <w:color w:val="000000"/>
        </w:rPr>
        <w:t>☐  I certify that the information provided is accurate.</w:t>
      </w:r>
    </w:p>
    <w:p w14:paraId="79EAFDC5" w14:textId="77777777" w:rsidR="00937CC1" w:rsidRDefault="00000000">
      <w:pPr>
        <w:spacing w:after="160"/>
      </w:pPr>
      <w:r>
        <w:rPr>
          <w:color w:val="000000"/>
        </w:rPr>
        <w:t>☐  I agree to participate in reasonable follow-up and program evaluation.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937CC1" w14:paraId="2E43F004" w14:textId="77777777"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16706B" w14:textId="77777777" w:rsidR="00937CC1" w:rsidRDefault="00000000">
            <w:pPr>
              <w:spacing w:after="40"/>
            </w:pPr>
            <w:r>
              <w:rPr>
                <w:b/>
                <w:color w:val="17365D"/>
                <w:sz w:val="19"/>
              </w:rPr>
              <w:t>Applicant Signature</w:t>
            </w:r>
            <w:r>
              <w:rPr>
                <w:b/>
                <w:color w:val="17365D"/>
                <w:sz w:val="19"/>
              </w:rPr>
              <w:br/>
            </w:r>
            <w:r>
              <w:rPr>
                <w:color w:val="888888"/>
                <w:sz w:val="20"/>
              </w:rPr>
              <w:t>________________________________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E38A78" w14:textId="77777777" w:rsidR="00937CC1" w:rsidRDefault="00000000">
            <w:pPr>
              <w:spacing w:after="40"/>
            </w:pPr>
            <w:r>
              <w:rPr>
                <w:b/>
                <w:color w:val="17365D"/>
                <w:sz w:val="19"/>
              </w:rPr>
              <w:t>Date</w:t>
            </w:r>
            <w:r>
              <w:rPr>
                <w:b/>
                <w:color w:val="17365D"/>
                <w:sz w:val="19"/>
              </w:rPr>
              <w:br/>
            </w:r>
            <w:r>
              <w:rPr>
                <w:color w:val="888888"/>
                <w:sz w:val="20"/>
              </w:rPr>
              <w:t>________________________________</w:t>
            </w:r>
          </w:p>
        </w:tc>
      </w:tr>
    </w:tbl>
    <w:p w14:paraId="7F5B9BCC" w14:textId="77777777" w:rsidR="00937CC1" w:rsidRDefault="00937CC1">
      <w:pPr>
        <w:sectPr w:rsidR="00937CC1">
          <w:headerReference w:type="default" r:id="rId8"/>
          <w:footerReference w:type="default" r:id="rId9"/>
          <w:pgSz w:w="12240" w:h="15840"/>
          <w:pgMar w:top="1037" w:right="1440" w:bottom="1037" w:left="1440" w:header="504" w:footer="504" w:gutter="0"/>
          <w:cols w:space="720"/>
          <w:docGrid w:linePitch="360"/>
        </w:sectPr>
      </w:pPr>
    </w:p>
    <w:p w14:paraId="0DD3A443" w14:textId="626A8208" w:rsidR="00937CC1" w:rsidRDefault="00937CC1" w:rsidP="007A513D">
      <w:pPr>
        <w:spacing w:after="40"/>
      </w:pPr>
    </w:p>
    <w:sectPr w:rsidR="00937CC1" w:rsidSect="00034616"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811BE4" w14:textId="77777777" w:rsidR="004E328E" w:rsidRDefault="004E328E">
      <w:pPr>
        <w:spacing w:after="0" w:line="240" w:lineRule="auto"/>
      </w:pPr>
      <w:r>
        <w:separator/>
      </w:r>
    </w:p>
  </w:endnote>
  <w:endnote w:type="continuationSeparator" w:id="0">
    <w:p w14:paraId="45626154" w14:textId="77777777" w:rsidR="004E328E" w:rsidRDefault="004E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DE7561" w14:textId="77777777" w:rsidR="00937CC1" w:rsidRDefault="00000000">
    <w:pPr>
      <w:pStyle w:val="Footer"/>
      <w:jc w:val="center"/>
    </w:pPr>
    <w:r>
      <w:rPr>
        <w:color w:val="666666"/>
        <w:sz w:val="17"/>
      </w:rPr>
      <w:t>Strengthening Entrepreneurship &amp; Economic Development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B38F91" w14:textId="77777777" w:rsidR="004E328E" w:rsidRDefault="004E328E">
      <w:pPr>
        <w:spacing w:after="0" w:line="240" w:lineRule="auto"/>
      </w:pPr>
      <w:r>
        <w:separator/>
      </w:r>
    </w:p>
  </w:footnote>
  <w:footnote w:type="continuationSeparator" w:id="0">
    <w:p w14:paraId="0208D235" w14:textId="77777777" w:rsidR="004E328E" w:rsidRDefault="004E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D7746B" w14:textId="77777777" w:rsidR="00937CC1" w:rsidRDefault="00000000">
    <w:pPr>
      <w:pStyle w:val="Header"/>
      <w:jc w:val="right"/>
    </w:pPr>
    <w:r>
      <w:rPr>
        <w:b/>
        <w:color w:val="666666"/>
        <w:sz w:val="17"/>
      </w:rPr>
      <w:t>SEED | Southeast Kansas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9700993">
    <w:abstractNumId w:val="8"/>
  </w:num>
  <w:num w:numId="2" w16cid:durableId="1740593564">
    <w:abstractNumId w:val="6"/>
  </w:num>
  <w:num w:numId="3" w16cid:durableId="533229633">
    <w:abstractNumId w:val="5"/>
  </w:num>
  <w:num w:numId="4" w16cid:durableId="566963046">
    <w:abstractNumId w:val="4"/>
  </w:num>
  <w:num w:numId="5" w16cid:durableId="858199877">
    <w:abstractNumId w:val="7"/>
  </w:num>
  <w:num w:numId="6" w16cid:durableId="512302147">
    <w:abstractNumId w:val="3"/>
  </w:num>
  <w:num w:numId="7" w16cid:durableId="526715543">
    <w:abstractNumId w:val="2"/>
  </w:num>
  <w:num w:numId="8" w16cid:durableId="784353623">
    <w:abstractNumId w:val="1"/>
  </w:num>
  <w:num w:numId="9" w16cid:durableId="6519095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CC2"/>
    <w:rsid w:val="0006063C"/>
    <w:rsid w:val="00072CEB"/>
    <w:rsid w:val="0015074B"/>
    <w:rsid w:val="00194998"/>
    <w:rsid w:val="0029639D"/>
    <w:rsid w:val="00326F90"/>
    <w:rsid w:val="004E328E"/>
    <w:rsid w:val="0051460A"/>
    <w:rsid w:val="007A513D"/>
    <w:rsid w:val="007E33F3"/>
    <w:rsid w:val="00937CC1"/>
    <w:rsid w:val="00A70A97"/>
    <w:rsid w:val="00AA1D8D"/>
    <w:rsid w:val="00B47730"/>
    <w:rsid w:val="00BE2537"/>
    <w:rsid w:val="00CB0664"/>
    <w:rsid w:val="00CE23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95A5EC"/>
  <w14:defaultImageDpi w14:val="300"/>
  <w15:docId w15:val="{F6582CB7-2F6B-DC41-A283-57CDFA7B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2E75B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/>
      <w:b/>
      <w:bCs/>
      <w:color w:val="17365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3864</Characters>
  <Application>Microsoft Office Word</Application>
  <DocSecurity>0</DocSecurity>
  <Lines>117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SEED Application and Scoring Rubric</dc:title>
  <dc:subject>Strengthening Entrepreneurship &amp; Economic Development</dc:subject>
  <dc:creator>Rural Community Partners</dc:creator>
  <cp:keywords/>
  <dc:description>generated by python-docx</dc:description>
  <cp:lastModifiedBy>Jody Love</cp:lastModifiedBy>
  <cp:revision>4</cp:revision>
  <dcterms:created xsi:type="dcterms:W3CDTF">2026-07-30T20:40:00Z</dcterms:created>
  <dcterms:modified xsi:type="dcterms:W3CDTF">2026-07-30T20:41:00Z</dcterms:modified>
  <cp:category/>
</cp:coreProperties>
</file>